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A347B" w14:textId="77777777" w:rsidR="00000CD7" w:rsidRDefault="00000000">
      <w:pPr>
        <w:jc w:val="center"/>
      </w:pPr>
      <w:r>
        <w:rPr>
          <w:b/>
          <w:sz w:val="44"/>
        </w:rPr>
        <w:t>ADACON</w:t>
      </w:r>
    </w:p>
    <w:p w14:paraId="456C2E2C" w14:textId="4AD23C59" w:rsidR="00000CD7" w:rsidRDefault="00000000">
      <w:pPr>
        <w:jc w:val="center"/>
      </w:pPr>
      <w:r>
        <w:rPr>
          <w:b/>
          <w:sz w:val="30"/>
        </w:rPr>
        <w:t xml:space="preserve">DEALER APPLICATION FORM </w:t>
      </w:r>
    </w:p>
    <w:p w14:paraId="62341F81" w14:textId="77777777" w:rsidR="00000CD7" w:rsidRDefault="00000000">
      <w:pPr>
        <w:jc w:val="center"/>
      </w:pPr>
      <w:r>
        <w:t>Commercial Dealer / Business Partner Application</w:t>
      </w:r>
    </w:p>
    <w:p w14:paraId="04A989AF" w14:textId="689C362C" w:rsidR="00000CD7" w:rsidRDefault="00000000">
      <w:r>
        <w:t xml:space="preserve">ADACON is expanding its sales network in </w:t>
      </w:r>
      <w:r w:rsidR="00194F36">
        <w:t>Europe</w:t>
      </w:r>
      <w:r>
        <w:t xml:space="preserve"> and is looking for dealers and commercial partners in selected regions. This form helps us understand your business background, sales capacity, target territory and preferred cooperation model.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000CD7" w14:paraId="49211437" w14:textId="77777777">
        <w:tc>
          <w:tcPr>
            <w:tcW w:w="10312" w:type="dxa"/>
            <w:shd w:val="clear" w:color="auto" w:fill="E8E8E8"/>
          </w:tcPr>
          <w:p w14:paraId="7713AEAD" w14:textId="77777777" w:rsidR="00000CD7" w:rsidRDefault="00000000">
            <w:r>
              <w:rPr>
                <w:b/>
                <w:sz w:val="22"/>
              </w:rPr>
              <w:t>1. CONTACT &amp; COMPANY INFORMATION</w:t>
            </w:r>
          </w:p>
        </w:tc>
      </w:tr>
    </w:tbl>
    <w:p w14:paraId="15115514" w14:textId="77777777" w:rsidR="00000CD7" w:rsidRDefault="00000CD7"/>
    <w:p w14:paraId="54F9A499" w14:textId="77777777" w:rsidR="00000CD7" w:rsidRDefault="00000000">
      <w:r>
        <w:rPr>
          <w:b/>
        </w:rPr>
        <w:t>Full Name *</w:t>
      </w:r>
    </w:p>
    <w:p w14:paraId="082C749A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2C81E474" w14:textId="77777777" w:rsidR="00000CD7" w:rsidRDefault="00000000">
      <w:r>
        <w:rPr>
          <w:b/>
        </w:rPr>
        <w:t>Company / Trading Name</w:t>
      </w:r>
    </w:p>
    <w:p w14:paraId="0E260BF0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64A4A8D6" w14:textId="77777777" w:rsidR="00000CD7" w:rsidRDefault="00000000">
      <w:r>
        <w:rPr>
          <w:b/>
        </w:rPr>
        <w:t>City / Department / Region *</w:t>
      </w:r>
    </w:p>
    <w:p w14:paraId="1BEE11DB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172FB88E" w14:textId="77777777" w:rsidR="00000CD7" w:rsidRDefault="00000000">
      <w:r>
        <w:rPr>
          <w:b/>
        </w:rPr>
        <w:t>Phone / WhatsApp *</w:t>
      </w:r>
    </w:p>
    <w:p w14:paraId="1CC7E9B1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3C5CF76E" w14:textId="77777777" w:rsidR="00000CD7" w:rsidRDefault="00000000">
      <w:r>
        <w:rPr>
          <w:b/>
        </w:rPr>
        <w:t>Email *</w:t>
      </w:r>
    </w:p>
    <w:p w14:paraId="558CFF6A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1D2F7827" w14:textId="77777777" w:rsidR="00000CD7" w:rsidRDefault="00000000">
      <w:r>
        <w:rPr>
          <w:b/>
        </w:rPr>
        <w:t>Website / Instagram / Facebook</w:t>
      </w:r>
    </w:p>
    <w:p w14:paraId="41212032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14A0D781" w14:textId="77777777" w:rsidR="00194F36" w:rsidRDefault="00194F36">
      <w:pPr>
        <w:spacing w:after="20"/>
      </w:pPr>
    </w:p>
    <w:p w14:paraId="4E127646" w14:textId="77777777" w:rsidR="00194F36" w:rsidRDefault="00194F36">
      <w:pPr>
        <w:spacing w:after="20"/>
      </w:pPr>
    </w:p>
    <w:p w14:paraId="63E9E947" w14:textId="77777777" w:rsidR="00194F36" w:rsidRDefault="00194F36">
      <w:pPr>
        <w:spacing w:after="20"/>
      </w:pPr>
    </w:p>
    <w:p w14:paraId="6A0DD0D7" w14:textId="77777777" w:rsidR="00194F36" w:rsidRDefault="00194F36">
      <w:pPr>
        <w:spacing w:after="20"/>
      </w:pPr>
    </w:p>
    <w:p w14:paraId="6D70C2F6" w14:textId="77777777" w:rsidR="00194F36" w:rsidRDefault="00194F36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000CD7" w14:paraId="709E5374" w14:textId="77777777">
        <w:tc>
          <w:tcPr>
            <w:tcW w:w="10312" w:type="dxa"/>
            <w:shd w:val="clear" w:color="auto" w:fill="E8E8E8"/>
          </w:tcPr>
          <w:p w14:paraId="2EDD0890" w14:textId="77777777" w:rsidR="00000CD7" w:rsidRDefault="00000000">
            <w:r>
              <w:rPr>
                <w:b/>
                <w:sz w:val="22"/>
              </w:rPr>
              <w:t>2. CURRENT BUSINESS &amp; EXPERIENCE</w:t>
            </w:r>
          </w:p>
        </w:tc>
      </w:tr>
    </w:tbl>
    <w:p w14:paraId="7F412114" w14:textId="77777777" w:rsidR="00194F36" w:rsidRDefault="00194F36">
      <w:pPr>
        <w:rPr>
          <w:b/>
        </w:rPr>
      </w:pPr>
    </w:p>
    <w:p w14:paraId="2FF31895" w14:textId="6A98B413" w:rsidR="00000CD7" w:rsidRDefault="00000000">
      <w:r>
        <w:rPr>
          <w:b/>
        </w:rPr>
        <w:t>Which sector are you currently active in? *</w:t>
      </w:r>
    </w:p>
    <w:p w14:paraId="1C02DACE" w14:textId="77777777" w:rsidR="00000CD7" w:rsidRDefault="00000000">
      <w:pPr>
        <w:spacing w:after="20"/>
        <w:ind w:left="227"/>
      </w:pPr>
      <w:r>
        <w:t>☐ Prefabricated / modular buildings</w:t>
      </w:r>
    </w:p>
    <w:p w14:paraId="3490E009" w14:textId="77777777" w:rsidR="00000CD7" w:rsidRDefault="00000000">
      <w:pPr>
        <w:spacing w:after="20"/>
        <w:ind w:left="227"/>
      </w:pPr>
      <w:r>
        <w:t>☐ Construction</w:t>
      </w:r>
    </w:p>
    <w:p w14:paraId="34EF92E3" w14:textId="77777777" w:rsidR="00000CD7" w:rsidRDefault="00000000">
      <w:pPr>
        <w:spacing w:after="20"/>
        <w:ind w:left="227"/>
      </w:pPr>
      <w:r>
        <w:t>☐ Tiny houses / mobile homes</w:t>
      </w:r>
    </w:p>
    <w:p w14:paraId="65E2CB3B" w14:textId="77777777" w:rsidR="00000CD7" w:rsidRDefault="00000000">
      <w:pPr>
        <w:spacing w:after="20"/>
        <w:ind w:left="227"/>
      </w:pPr>
      <w:r>
        <w:t>☐ Garden / outdoor products</w:t>
      </w:r>
    </w:p>
    <w:p w14:paraId="489B7C30" w14:textId="77777777" w:rsidR="00000CD7" w:rsidRDefault="00000000">
      <w:pPr>
        <w:spacing w:after="20"/>
        <w:ind w:left="227"/>
      </w:pPr>
      <w:r>
        <w:t>☐ Real estate</w:t>
      </w:r>
    </w:p>
    <w:p w14:paraId="0FF80A8B" w14:textId="77777777" w:rsidR="00000CD7" w:rsidRDefault="00000000">
      <w:pPr>
        <w:spacing w:after="20"/>
        <w:ind w:left="227"/>
      </w:pPr>
      <w:r>
        <w:t>☐ Camping / glamping / tourism</w:t>
      </w:r>
    </w:p>
    <w:p w14:paraId="39B92673" w14:textId="77777777" w:rsidR="00000CD7" w:rsidRDefault="00000000">
      <w:pPr>
        <w:spacing w:after="20"/>
        <w:ind w:left="227"/>
      </w:pPr>
      <w:r>
        <w:t>☐ Building materials</w:t>
      </w:r>
    </w:p>
    <w:p w14:paraId="0F04ED36" w14:textId="77777777" w:rsidR="00000CD7" w:rsidRDefault="00000000">
      <w:pPr>
        <w:spacing w:after="20"/>
        <w:ind w:left="227"/>
      </w:pPr>
      <w:r>
        <w:t>☐ Trade / sales</w:t>
      </w:r>
    </w:p>
    <w:p w14:paraId="4B0CE584" w14:textId="77777777" w:rsidR="00000CD7" w:rsidRDefault="00000000">
      <w:pPr>
        <w:spacing w:after="20"/>
        <w:ind w:left="227"/>
      </w:pPr>
      <w:r>
        <w:t>☐ Architecture / design</w:t>
      </w:r>
    </w:p>
    <w:p w14:paraId="48CDDBEF" w14:textId="77777777" w:rsidR="00000CD7" w:rsidRDefault="00000000">
      <w:pPr>
        <w:spacing w:after="20"/>
        <w:ind w:left="227"/>
      </w:pPr>
      <w:r>
        <w:t>☐ Other</w:t>
      </w:r>
    </w:p>
    <w:p w14:paraId="116B20B4" w14:textId="77777777" w:rsidR="00194F36" w:rsidRDefault="00194F36">
      <w:pPr>
        <w:rPr>
          <w:b/>
        </w:rPr>
      </w:pPr>
    </w:p>
    <w:p w14:paraId="0006D062" w14:textId="77777777" w:rsidR="00194F36" w:rsidRDefault="00194F36">
      <w:pPr>
        <w:rPr>
          <w:b/>
        </w:rPr>
      </w:pPr>
    </w:p>
    <w:p w14:paraId="43C8DEFB" w14:textId="77777777" w:rsidR="00194F36" w:rsidRDefault="00194F36">
      <w:pPr>
        <w:rPr>
          <w:b/>
        </w:rPr>
      </w:pPr>
    </w:p>
    <w:p w14:paraId="1C7B37A5" w14:textId="2075018A" w:rsidR="00000CD7" w:rsidRPr="00194F36" w:rsidRDefault="00000000">
      <w:pPr>
        <w:rPr>
          <w:b/>
        </w:rPr>
      </w:pPr>
      <w:r>
        <w:rPr>
          <w:b/>
        </w:rPr>
        <w:t>How many years of commercial or sales experience do you have?</w:t>
      </w:r>
    </w:p>
    <w:p w14:paraId="3E1263EC" w14:textId="77777777" w:rsidR="00000CD7" w:rsidRDefault="00000000">
      <w:pPr>
        <w:spacing w:after="20"/>
        <w:ind w:left="227"/>
      </w:pPr>
      <w:r>
        <w:t>☐ Starting a new business</w:t>
      </w:r>
    </w:p>
    <w:p w14:paraId="62902A4D" w14:textId="77777777" w:rsidR="00000CD7" w:rsidRDefault="00000000">
      <w:pPr>
        <w:spacing w:after="20"/>
        <w:ind w:left="227"/>
      </w:pPr>
      <w:r>
        <w:t>☐ 1–3 years</w:t>
      </w:r>
    </w:p>
    <w:p w14:paraId="4FB3B672" w14:textId="77777777" w:rsidR="00000CD7" w:rsidRDefault="00000000">
      <w:pPr>
        <w:spacing w:after="20"/>
        <w:ind w:left="227"/>
      </w:pPr>
      <w:r>
        <w:t>☐ 3–5 years</w:t>
      </w:r>
    </w:p>
    <w:p w14:paraId="3C6B1186" w14:textId="77777777" w:rsidR="00000CD7" w:rsidRDefault="00000000">
      <w:pPr>
        <w:spacing w:after="20"/>
        <w:ind w:left="227"/>
      </w:pPr>
      <w:r>
        <w:t>☐ 5–10 years</w:t>
      </w:r>
    </w:p>
    <w:p w14:paraId="728C20E9" w14:textId="77777777" w:rsidR="00000CD7" w:rsidRDefault="00000000">
      <w:pPr>
        <w:spacing w:after="20"/>
        <w:ind w:left="227"/>
      </w:pPr>
      <w:r>
        <w:t>☐ 10+ years</w:t>
      </w:r>
    </w:p>
    <w:p w14:paraId="04D785AE" w14:textId="77777777" w:rsidR="00000CD7" w:rsidRDefault="00000000">
      <w:r>
        <w:rPr>
          <w:b/>
        </w:rPr>
        <w:t>Have you previously represented or distributed another brand?</w:t>
      </w:r>
    </w:p>
    <w:p w14:paraId="5B302193" w14:textId="77777777" w:rsidR="00000CD7" w:rsidRDefault="00000000">
      <w:pPr>
        <w:spacing w:after="20"/>
        <w:ind w:left="227"/>
      </w:pPr>
      <w:r>
        <w:t>☐ Yes</w:t>
      </w:r>
    </w:p>
    <w:p w14:paraId="6084FB89" w14:textId="77777777" w:rsidR="00000CD7" w:rsidRDefault="00000000">
      <w:pPr>
        <w:spacing w:after="20"/>
        <w:ind w:left="227"/>
      </w:pPr>
      <w:r>
        <w:t>☐ No</w:t>
      </w:r>
    </w:p>
    <w:p w14:paraId="68B2AFA0" w14:textId="77777777" w:rsidR="00000CD7" w:rsidRDefault="00000000">
      <w:r>
        <w:rPr>
          <w:b/>
        </w:rPr>
        <w:t>If yes, please specify the brand(s) or product category:</w:t>
      </w:r>
    </w:p>
    <w:p w14:paraId="2A088CCE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78A973ED" w14:textId="77777777" w:rsidR="00194F36" w:rsidRDefault="00194F36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000CD7" w14:paraId="38A1A298" w14:textId="77777777">
        <w:tc>
          <w:tcPr>
            <w:tcW w:w="10312" w:type="dxa"/>
            <w:shd w:val="clear" w:color="auto" w:fill="E8E8E8"/>
          </w:tcPr>
          <w:p w14:paraId="250E8218" w14:textId="77777777" w:rsidR="00000CD7" w:rsidRDefault="00000000">
            <w:r>
              <w:rPr>
                <w:b/>
                <w:sz w:val="22"/>
              </w:rPr>
              <w:t>3. TERRITORY &amp; CUSTOMER NETWORK</w:t>
            </w:r>
          </w:p>
        </w:tc>
      </w:tr>
    </w:tbl>
    <w:p w14:paraId="2BE76CD3" w14:textId="77777777" w:rsidR="00000CD7" w:rsidRDefault="00000CD7"/>
    <w:p w14:paraId="684698B1" w14:textId="77777777" w:rsidR="00000CD7" w:rsidRDefault="00000000">
      <w:r>
        <w:rPr>
          <w:b/>
        </w:rPr>
        <w:t>Which city, department or region are you interested in representing ADACON in? *</w:t>
      </w:r>
    </w:p>
    <w:p w14:paraId="775CA76C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388FD45E" w14:textId="77777777" w:rsidR="00000CD7" w:rsidRDefault="00000000">
      <w:r>
        <w:rPr>
          <w:b/>
        </w:rPr>
        <w:t>Which customer groups do you currently serve or plan to target?</w:t>
      </w:r>
    </w:p>
    <w:p w14:paraId="00D2F6FD" w14:textId="77777777" w:rsidR="00000CD7" w:rsidRDefault="00000000">
      <w:pPr>
        <w:spacing w:after="20"/>
        <w:ind w:left="227"/>
      </w:pPr>
      <w:r>
        <w:t>☐ Private customers</w:t>
      </w:r>
    </w:p>
    <w:p w14:paraId="3859FD69" w14:textId="77777777" w:rsidR="00000CD7" w:rsidRDefault="00000000">
      <w:pPr>
        <w:spacing w:after="20"/>
        <w:ind w:left="227"/>
      </w:pPr>
      <w:r>
        <w:t>☐ Companies</w:t>
      </w:r>
    </w:p>
    <w:p w14:paraId="6F5B7325" w14:textId="77777777" w:rsidR="00000CD7" w:rsidRDefault="00000000">
      <w:pPr>
        <w:spacing w:after="20"/>
        <w:ind w:left="227"/>
      </w:pPr>
      <w:r>
        <w:t>☐ Construction companies</w:t>
      </w:r>
    </w:p>
    <w:p w14:paraId="225D3B1E" w14:textId="77777777" w:rsidR="00000CD7" w:rsidRDefault="00000000">
      <w:pPr>
        <w:spacing w:after="20"/>
        <w:ind w:left="227"/>
      </w:pPr>
      <w:r>
        <w:t>☐ Architects / designers</w:t>
      </w:r>
    </w:p>
    <w:p w14:paraId="6DB1BE4B" w14:textId="77777777" w:rsidR="00000CD7" w:rsidRDefault="00000000">
      <w:pPr>
        <w:spacing w:after="20"/>
        <w:ind w:left="227"/>
      </w:pPr>
      <w:r>
        <w:t>☐ Real estate developers</w:t>
      </w:r>
    </w:p>
    <w:p w14:paraId="56DE3FA0" w14:textId="77777777" w:rsidR="00000CD7" w:rsidRDefault="00000000">
      <w:pPr>
        <w:spacing w:after="20"/>
        <w:ind w:left="227"/>
      </w:pPr>
      <w:r>
        <w:t>☐ Hotels / tourism businesses</w:t>
      </w:r>
    </w:p>
    <w:p w14:paraId="273BCB0C" w14:textId="77777777" w:rsidR="00000CD7" w:rsidRDefault="00000000">
      <w:pPr>
        <w:spacing w:after="20"/>
        <w:ind w:left="227"/>
      </w:pPr>
      <w:r>
        <w:t>☐ Camping / glamping</w:t>
      </w:r>
    </w:p>
    <w:p w14:paraId="3BE950BE" w14:textId="77777777" w:rsidR="00000CD7" w:rsidRDefault="00000000">
      <w:pPr>
        <w:spacing w:after="20"/>
        <w:ind w:left="227"/>
      </w:pPr>
      <w:r>
        <w:t>☐ Event companies</w:t>
      </w:r>
    </w:p>
    <w:p w14:paraId="00CB6A82" w14:textId="77777777" w:rsidR="00000CD7" w:rsidRDefault="00000000">
      <w:pPr>
        <w:spacing w:after="20"/>
        <w:ind w:left="227"/>
      </w:pPr>
      <w:r>
        <w:t>☐ Public sector / local authorities</w:t>
      </w:r>
    </w:p>
    <w:p w14:paraId="16C1BCC5" w14:textId="770352B6" w:rsidR="00000CD7" w:rsidRDefault="00000000">
      <w:pPr>
        <w:spacing w:after="20"/>
        <w:ind w:left="227"/>
      </w:pPr>
      <w:r>
        <w:t>☐ Other</w:t>
      </w:r>
    </w:p>
    <w:p w14:paraId="06B126A0" w14:textId="77777777" w:rsidR="00194F36" w:rsidRDefault="00194F36">
      <w:pPr>
        <w:spacing w:after="20"/>
        <w:ind w:left="227"/>
      </w:pPr>
    </w:p>
    <w:p w14:paraId="4DCAEECC" w14:textId="77777777" w:rsidR="00194F36" w:rsidRDefault="00194F36">
      <w:pPr>
        <w:spacing w:after="20"/>
        <w:ind w:left="227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000CD7" w14:paraId="67F1D219" w14:textId="77777777">
        <w:tc>
          <w:tcPr>
            <w:tcW w:w="10312" w:type="dxa"/>
            <w:shd w:val="clear" w:color="auto" w:fill="E8E8E8"/>
          </w:tcPr>
          <w:p w14:paraId="2173863F" w14:textId="77777777" w:rsidR="00000CD7" w:rsidRDefault="00000000">
            <w:r>
              <w:rPr>
                <w:b/>
                <w:sz w:val="22"/>
              </w:rPr>
              <w:t>4. SALES &amp; DISPLAY CAPACITY</w:t>
            </w:r>
          </w:p>
        </w:tc>
      </w:tr>
    </w:tbl>
    <w:p w14:paraId="4315FBE9" w14:textId="77777777" w:rsidR="00000CD7" w:rsidRDefault="00000CD7"/>
    <w:p w14:paraId="3D6DEE50" w14:textId="463C4A0A" w:rsidR="00000CD7" w:rsidRDefault="00000000">
      <w:r>
        <w:rPr>
          <w:b/>
        </w:rPr>
        <w:t>Do you currently have a physical location where ADACON products could be di</w:t>
      </w:r>
      <w:r w:rsidR="00194F36">
        <w:rPr>
          <w:b/>
        </w:rPr>
        <w:t>s</w:t>
      </w:r>
      <w:r>
        <w:rPr>
          <w:b/>
        </w:rPr>
        <w:t>played? *</w:t>
      </w:r>
    </w:p>
    <w:p w14:paraId="3D5C56A5" w14:textId="77777777" w:rsidR="00000CD7" w:rsidRDefault="00000000">
      <w:pPr>
        <w:spacing w:after="20"/>
        <w:ind w:left="227"/>
      </w:pPr>
      <w:r>
        <w:t>☐ Showroom</w:t>
      </w:r>
    </w:p>
    <w:p w14:paraId="1A74BAC8" w14:textId="77777777" w:rsidR="00000CD7" w:rsidRDefault="00000000">
      <w:pPr>
        <w:spacing w:after="20"/>
        <w:ind w:left="227"/>
      </w:pPr>
      <w:r>
        <w:t>☐ Outdoor display area / land</w:t>
      </w:r>
    </w:p>
    <w:p w14:paraId="0B2E3F09" w14:textId="77777777" w:rsidR="00000CD7" w:rsidRDefault="00000000">
      <w:pPr>
        <w:spacing w:after="20"/>
        <w:ind w:left="227"/>
      </w:pPr>
      <w:r>
        <w:t>☐ Shop / sales office</w:t>
      </w:r>
    </w:p>
    <w:p w14:paraId="0834EE7A" w14:textId="77777777" w:rsidR="00000CD7" w:rsidRDefault="00000000">
      <w:pPr>
        <w:spacing w:after="20"/>
        <w:ind w:left="227"/>
      </w:pPr>
      <w:r>
        <w:t>☐ Not yet, but I can arrange one</w:t>
      </w:r>
    </w:p>
    <w:p w14:paraId="71AD6641" w14:textId="77777777" w:rsidR="00000CD7" w:rsidRDefault="00000000">
      <w:pPr>
        <w:spacing w:after="20"/>
        <w:ind w:left="227"/>
      </w:pPr>
      <w:r>
        <w:t>☐ No</w:t>
      </w:r>
    </w:p>
    <w:p w14:paraId="438D091B" w14:textId="77777777" w:rsidR="00194F36" w:rsidRDefault="00194F36">
      <w:pPr>
        <w:rPr>
          <w:b/>
        </w:rPr>
      </w:pPr>
    </w:p>
    <w:p w14:paraId="2438C4B3" w14:textId="64C70EBB" w:rsidR="00000CD7" w:rsidRDefault="00000000">
      <w:r>
        <w:rPr>
          <w:b/>
        </w:rPr>
        <w:lastRenderedPageBreak/>
        <w:t>How many ADACON units would you be willing to display in your area? *</w:t>
      </w:r>
    </w:p>
    <w:p w14:paraId="30DECEE3" w14:textId="77777777" w:rsidR="00000CD7" w:rsidRDefault="00000000">
      <w:pPr>
        <w:spacing w:after="20"/>
        <w:ind w:left="227"/>
      </w:pPr>
      <w:r>
        <w:t>☐ 1 unit</w:t>
      </w:r>
    </w:p>
    <w:p w14:paraId="6EB3955B" w14:textId="77777777" w:rsidR="00000CD7" w:rsidRDefault="00000000">
      <w:pPr>
        <w:spacing w:after="20"/>
        <w:ind w:left="227"/>
      </w:pPr>
      <w:r>
        <w:t>☐ 2–3 units</w:t>
      </w:r>
    </w:p>
    <w:p w14:paraId="7A75BB6B" w14:textId="77777777" w:rsidR="00000CD7" w:rsidRDefault="00000000">
      <w:pPr>
        <w:spacing w:after="20"/>
        <w:ind w:left="227"/>
      </w:pPr>
      <w:r>
        <w:t>☐ 4–5 units</w:t>
      </w:r>
    </w:p>
    <w:p w14:paraId="11A3DF5A" w14:textId="77777777" w:rsidR="00000CD7" w:rsidRDefault="00000000">
      <w:pPr>
        <w:spacing w:after="20"/>
        <w:ind w:left="227"/>
      </w:pPr>
      <w:r>
        <w:t>☐ More than 5 units</w:t>
      </w:r>
    </w:p>
    <w:p w14:paraId="259EC5EA" w14:textId="7D37E7DD" w:rsidR="00194F36" w:rsidRPr="00194F36" w:rsidRDefault="00000000" w:rsidP="00194F36">
      <w:pPr>
        <w:spacing w:after="20"/>
        <w:ind w:left="227"/>
      </w:pPr>
      <w:r>
        <w:t>☐ Not initially</w:t>
      </w:r>
    </w:p>
    <w:p w14:paraId="52BBD8E7" w14:textId="77777777" w:rsidR="00194F36" w:rsidRDefault="00194F36">
      <w:pPr>
        <w:rPr>
          <w:b/>
        </w:rPr>
      </w:pPr>
    </w:p>
    <w:p w14:paraId="0C23BABF" w14:textId="571B709B" w:rsidR="00000CD7" w:rsidRDefault="00000000">
      <w:r>
        <w:rPr>
          <w:b/>
        </w:rPr>
        <w:t>Which sales and marketing channels do you currently use?</w:t>
      </w:r>
    </w:p>
    <w:p w14:paraId="51BFF2F3" w14:textId="77777777" w:rsidR="00000CD7" w:rsidRDefault="00000000">
      <w:pPr>
        <w:spacing w:after="20"/>
        <w:ind w:left="227"/>
      </w:pPr>
      <w:r>
        <w:t>☐ Direct sales</w:t>
      </w:r>
    </w:p>
    <w:p w14:paraId="4BD82BA5" w14:textId="77777777" w:rsidR="00000CD7" w:rsidRDefault="00000000">
      <w:pPr>
        <w:spacing w:after="20"/>
        <w:ind w:left="227"/>
      </w:pPr>
      <w:r>
        <w:t>☐ Website</w:t>
      </w:r>
    </w:p>
    <w:p w14:paraId="3F0F2AD7" w14:textId="77777777" w:rsidR="00000CD7" w:rsidRDefault="00000000">
      <w:pPr>
        <w:spacing w:after="20"/>
        <w:ind w:left="227"/>
      </w:pPr>
      <w:r>
        <w:t>☐ Instagram / Facebook</w:t>
      </w:r>
    </w:p>
    <w:p w14:paraId="43EB4209" w14:textId="77777777" w:rsidR="00000CD7" w:rsidRDefault="00000000">
      <w:pPr>
        <w:spacing w:after="20"/>
        <w:ind w:left="227"/>
      </w:pPr>
      <w:r>
        <w:t>☐ Google Ads</w:t>
      </w:r>
    </w:p>
    <w:p w14:paraId="33513B7F" w14:textId="77777777" w:rsidR="00000CD7" w:rsidRDefault="00000000">
      <w:pPr>
        <w:spacing w:after="20"/>
        <w:ind w:left="227"/>
      </w:pPr>
      <w:r>
        <w:t>☐ Marketplace platforms</w:t>
      </w:r>
    </w:p>
    <w:p w14:paraId="4E644403" w14:textId="77777777" w:rsidR="00000CD7" w:rsidRDefault="00000000">
      <w:pPr>
        <w:spacing w:after="20"/>
        <w:ind w:left="227"/>
      </w:pPr>
      <w:r>
        <w:t>☐ Sales team</w:t>
      </w:r>
    </w:p>
    <w:p w14:paraId="77920EDD" w14:textId="77777777" w:rsidR="00000CD7" w:rsidRDefault="00000000">
      <w:pPr>
        <w:spacing w:after="20"/>
        <w:ind w:left="227"/>
      </w:pPr>
      <w:r>
        <w:t>☐ Architect / professional network</w:t>
      </w:r>
    </w:p>
    <w:p w14:paraId="39512414" w14:textId="77777777" w:rsidR="00000CD7" w:rsidRDefault="00000000">
      <w:pPr>
        <w:spacing w:after="20"/>
        <w:ind w:left="227"/>
      </w:pPr>
      <w:r>
        <w:t>☐ Existing customer base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000CD7" w14:paraId="0E5D75F7" w14:textId="77777777">
        <w:tc>
          <w:tcPr>
            <w:tcW w:w="10312" w:type="dxa"/>
            <w:shd w:val="clear" w:color="auto" w:fill="E8E8E8"/>
          </w:tcPr>
          <w:p w14:paraId="78E1ED67" w14:textId="77777777" w:rsidR="00000CD7" w:rsidRDefault="00000000">
            <w:r>
              <w:rPr>
                <w:b/>
                <w:sz w:val="22"/>
              </w:rPr>
              <w:t>5. PRODUCTS OF INTEREST</w:t>
            </w:r>
          </w:p>
        </w:tc>
      </w:tr>
    </w:tbl>
    <w:p w14:paraId="724BF5AD" w14:textId="77777777" w:rsidR="00000CD7" w:rsidRDefault="00000000">
      <w:r>
        <w:rPr>
          <w:b/>
        </w:rPr>
        <w:t>Which ADACON product groups are you interested in? *</w:t>
      </w:r>
    </w:p>
    <w:p w14:paraId="671CEFFF" w14:textId="77777777" w:rsidR="00000CD7" w:rsidRDefault="00000000">
      <w:pPr>
        <w:spacing w:after="20"/>
        <w:ind w:left="227"/>
      </w:pPr>
      <w:r>
        <w:t>☐ Garden Rooms</w:t>
      </w:r>
    </w:p>
    <w:p w14:paraId="5C2FF71B" w14:textId="77777777" w:rsidR="00000CD7" w:rsidRDefault="00000000">
      <w:pPr>
        <w:spacing w:after="20"/>
        <w:ind w:left="227"/>
      </w:pPr>
      <w:r>
        <w:t>☐ Modular Offices</w:t>
      </w:r>
    </w:p>
    <w:p w14:paraId="3727AF1C" w14:textId="77777777" w:rsidR="00000CD7" w:rsidRDefault="00000000">
      <w:pPr>
        <w:spacing w:after="20"/>
        <w:ind w:left="227"/>
      </w:pPr>
      <w:r>
        <w:t>☐ Kiosks / Sales Units</w:t>
      </w:r>
    </w:p>
    <w:p w14:paraId="08759905" w14:textId="77777777" w:rsidR="00000CD7" w:rsidRDefault="00000000">
      <w:pPr>
        <w:spacing w:after="20"/>
        <w:ind w:left="227"/>
      </w:pPr>
      <w:r>
        <w:t>☐ Storage Units</w:t>
      </w:r>
    </w:p>
    <w:p w14:paraId="227C121C" w14:textId="77777777" w:rsidR="00000CD7" w:rsidRDefault="00000000">
      <w:pPr>
        <w:spacing w:after="20"/>
        <w:ind w:left="227"/>
      </w:pPr>
      <w:r>
        <w:t>☐ WC / Sanitary Units</w:t>
      </w:r>
    </w:p>
    <w:p w14:paraId="0CCF85FB" w14:textId="77777777" w:rsidR="00000CD7" w:rsidRDefault="00000000">
      <w:pPr>
        <w:spacing w:after="20"/>
        <w:ind w:left="227"/>
      </w:pPr>
      <w:r>
        <w:t>☐ Modular Homes</w:t>
      </w:r>
    </w:p>
    <w:p w14:paraId="10539E71" w14:textId="77777777" w:rsidR="00000CD7" w:rsidRDefault="00000000">
      <w:pPr>
        <w:spacing w:after="20"/>
        <w:ind w:left="227"/>
      </w:pPr>
      <w:r>
        <w:t>☐ Camping &amp; Glamping</w:t>
      </w:r>
    </w:p>
    <w:p w14:paraId="72F207A0" w14:textId="77777777" w:rsidR="00000CD7" w:rsidRDefault="00000000">
      <w:pPr>
        <w:spacing w:after="20"/>
        <w:ind w:left="227"/>
      </w:pPr>
      <w:r>
        <w:t>☐ Full ADACON range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000CD7" w14:paraId="1A94F356" w14:textId="77777777">
        <w:tc>
          <w:tcPr>
            <w:tcW w:w="10312" w:type="dxa"/>
            <w:shd w:val="clear" w:color="auto" w:fill="E8E8E8"/>
          </w:tcPr>
          <w:p w14:paraId="4A1B7644" w14:textId="77777777" w:rsidR="00000CD7" w:rsidRDefault="00000000">
            <w:r>
              <w:rPr>
                <w:b/>
                <w:sz w:val="22"/>
              </w:rPr>
              <w:t>6. COOPERATION MODEL</w:t>
            </w:r>
          </w:p>
        </w:tc>
      </w:tr>
    </w:tbl>
    <w:p w14:paraId="5F47DB8B" w14:textId="77777777" w:rsidR="00000CD7" w:rsidRDefault="00000CD7"/>
    <w:p w14:paraId="62BE5144" w14:textId="755355D7" w:rsidR="00000CD7" w:rsidRDefault="00000000">
      <w:r>
        <w:rPr>
          <w:b/>
        </w:rPr>
        <w:t>Which cooperation model best matches your plans? *</w:t>
      </w:r>
    </w:p>
    <w:p w14:paraId="3A407B84" w14:textId="77777777" w:rsidR="00000CD7" w:rsidRDefault="00000000">
      <w:pPr>
        <w:spacing w:after="20"/>
        <w:ind w:left="227"/>
      </w:pPr>
      <w:r>
        <w:t>☐ Purchase and keep ADACON products in stock for resale</w:t>
      </w:r>
    </w:p>
    <w:p w14:paraId="56CF3A50" w14:textId="77777777" w:rsidR="00000CD7" w:rsidRDefault="00000000">
      <w:pPr>
        <w:spacing w:after="20"/>
        <w:ind w:left="227"/>
      </w:pPr>
      <w:r>
        <w:t>☐ Display product(s) and order according to sales</w:t>
      </w:r>
    </w:p>
    <w:p w14:paraId="66FCF437" w14:textId="77777777" w:rsidR="00000CD7" w:rsidRDefault="00000000">
      <w:pPr>
        <w:spacing w:after="20"/>
        <w:ind w:left="227"/>
      </w:pPr>
      <w:r>
        <w:t>☐ Purchase from ADACON when a customer order is received</w:t>
      </w:r>
    </w:p>
    <w:p w14:paraId="1131C411" w14:textId="77777777" w:rsidR="00000CD7" w:rsidRDefault="00000000">
      <w:pPr>
        <w:spacing w:after="20"/>
        <w:ind w:left="227"/>
      </w:pPr>
      <w:r>
        <w:t>☐ Sales representative / commission-based cooperation</w:t>
      </w:r>
    </w:p>
    <w:p w14:paraId="3D3B6ABC" w14:textId="77777777" w:rsidR="00000CD7" w:rsidRDefault="00000000">
      <w:pPr>
        <w:spacing w:after="20"/>
        <w:ind w:left="227"/>
      </w:pPr>
      <w:r>
        <w:t>☐ Discuss the most suitable model with ADACON</w:t>
      </w:r>
    </w:p>
    <w:p w14:paraId="2B7A8EBB" w14:textId="77777777" w:rsidR="00000CD7" w:rsidRDefault="00000000">
      <w:r>
        <w:rPr>
          <w:b/>
        </w:rPr>
        <w:t>How many units would you consider starting with?</w:t>
      </w:r>
    </w:p>
    <w:p w14:paraId="17C26D02" w14:textId="77777777" w:rsidR="00000CD7" w:rsidRDefault="00000000">
      <w:pPr>
        <w:spacing w:after="20"/>
        <w:ind w:left="227"/>
      </w:pPr>
      <w:r>
        <w:t>☐ 1 display unit</w:t>
      </w:r>
    </w:p>
    <w:p w14:paraId="18DCADBC" w14:textId="77777777" w:rsidR="00000CD7" w:rsidRDefault="00000000">
      <w:pPr>
        <w:spacing w:after="20"/>
        <w:ind w:left="227"/>
      </w:pPr>
      <w:r>
        <w:t>☐ 2–3 units</w:t>
      </w:r>
    </w:p>
    <w:p w14:paraId="6501CE20" w14:textId="77777777" w:rsidR="00000CD7" w:rsidRDefault="00000000">
      <w:pPr>
        <w:spacing w:after="20"/>
        <w:ind w:left="227"/>
      </w:pPr>
      <w:r>
        <w:t>☐ 4–5 units</w:t>
      </w:r>
    </w:p>
    <w:p w14:paraId="114D90BF" w14:textId="77777777" w:rsidR="00000CD7" w:rsidRDefault="00000000">
      <w:pPr>
        <w:spacing w:after="20"/>
        <w:ind w:left="227"/>
      </w:pPr>
      <w:r>
        <w:t>☐ 5+ units</w:t>
      </w:r>
    </w:p>
    <w:p w14:paraId="3437D581" w14:textId="77777777" w:rsidR="004F3D25" w:rsidRDefault="004F3D25">
      <w:pPr>
        <w:rPr>
          <w:b/>
        </w:rPr>
      </w:pPr>
    </w:p>
    <w:p w14:paraId="66B7D141" w14:textId="3DBA6EC2" w:rsidR="00000CD7" w:rsidRDefault="00000000">
      <w:r>
        <w:rPr>
          <w:b/>
        </w:rPr>
        <w:lastRenderedPageBreak/>
        <w:t>What annual sales volume do you consider realistic for your area?</w:t>
      </w:r>
    </w:p>
    <w:p w14:paraId="34E39683" w14:textId="3CBD3D97" w:rsidR="00000CD7" w:rsidRDefault="00000000">
      <w:pPr>
        <w:spacing w:after="20"/>
        <w:ind w:left="227"/>
      </w:pPr>
      <w:r>
        <w:t xml:space="preserve">☐ </w:t>
      </w:r>
      <w:r w:rsidR="00194F36">
        <w:t>30</w:t>
      </w:r>
      <w:r>
        <w:t xml:space="preserve">– </w:t>
      </w:r>
      <w:r w:rsidR="00194F36">
        <w:t>60</w:t>
      </w:r>
      <w:r>
        <w:t>units</w:t>
      </w:r>
    </w:p>
    <w:p w14:paraId="1A11E8A6" w14:textId="362EDBD3" w:rsidR="00000CD7" w:rsidRDefault="00000000">
      <w:pPr>
        <w:spacing w:after="20"/>
        <w:ind w:left="227"/>
      </w:pPr>
      <w:r>
        <w:t xml:space="preserve">☐ </w:t>
      </w:r>
      <w:r w:rsidR="00194F36">
        <w:t>60</w:t>
      </w:r>
      <w:r>
        <w:t>–</w:t>
      </w:r>
      <w:r w:rsidR="00194F36">
        <w:t>90</w:t>
      </w:r>
      <w:r>
        <w:t xml:space="preserve"> units</w:t>
      </w:r>
    </w:p>
    <w:p w14:paraId="3C16DF9A" w14:textId="6AD7069F" w:rsidR="00000CD7" w:rsidRDefault="00000000">
      <w:pPr>
        <w:spacing w:after="20"/>
        <w:ind w:left="227"/>
      </w:pPr>
      <w:r>
        <w:t xml:space="preserve">☐ </w:t>
      </w:r>
      <w:r w:rsidR="00194F36">
        <w:t>90+ units</w:t>
      </w:r>
    </w:p>
    <w:p w14:paraId="3E48DD54" w14:textId="5625E68A" w:rsidR="00000CD7" w:rsidRDefault="00000000">
      <w:pPr>
        <w:spacing w:after="20"/>
        <w:ind w:left="227"/>
      </w:pPr>
      <w:r>
        <w:t>☐ Not yet able to estimate</w:t>
      </w:r>
    </w:p>
    <w:p w14:paraId="58F32978" w14:textId="2ABFEEB2" w:rsidR="00000CD7" w:rsidRDefault="00000CD7">
      <w:pPr>
        <w:spacing w:after="20"/>
        <w:ind w:left="227"/>
      </w:pPr>
    </w:p>
    <w:p w14:paraId="3BB88BAF" w14:textId="77777777" w:rsidR="00194F36" w:rsidRDefault="00194F36">
      <w:pPr>
        <w:spacing w:after="20"/>
        <w:ind w:left="227"/>
      </w:pPr>
    </w:p>
    <w:p w14:paraId="52DE7A50" w14:textId="77777777" w:rsidR="00194F36" w:rsidRDefault="00194F36" w:rsidP="00194F36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000CD7" w14:paraId="7D4438CD" w14:textId="77777777">
        <w:tc>
          <w:tcPr>
            <w:tcW w:w="10312" w:type="dxa"/>
            <w:shd w:val="clear" w:color="auto" w:fill="E8E8E8"/>
          </w:tcPr>
          <w:p w14:paraId="038AC214" w14:textId="22F87392" w:rsidR="00000CD7" w:rsidRDefault="004F3D25">
            <w:r>
              <w:rPr>
                <w:b/>
                <w:sz w:val="22"/>
              </w:rPr>
              <w:t>7</w:t>
            </w:r>
            <w:r w:rsidR="00000000">
              <w:rPr>
                <w:b/>
                <w:sz w:val="22"/>
              </w:rPr>
              <w:t>. MARKET DEVELOPMENT</w:t>
            </w:r>
          </w:p>
        </w:tc>
      </w:tr>
    </w:tbl>
    <w:p w14:paraId="776E8C86" w14:textId="194C5A49" w:rsidR="00000CD7" w:rsidRDefault="00000000">
      <w:r>
        <w:rPr>
          <w:b/>
        </w:rPr>
        <w:t>Where do you see the strongest potential for ADACON products in your area?</w:t>
      </w:r>
    </w:p>
    <w:p w14:paraId="6711DBD3" w14:textId="77777777" w:rsidR="00000CD7" w:rsidRDefault="00000000">
      <w:pPr>
        <w:spacing w:after="20"/>
        <w:ind w:left="227"/>
      </w:pPr>
      <w:r>
        <w:t>☐ Garden Rooms</w:t>
      </w:r>
    </w:p>
    <w:p w14:paraId="332B2444" w14:textId="77777777" w:rsidR="00000CD7" w:rsidRDefault="00000000">
      <w:pPr>
        <w:spacing w:after="20"/>
        <w:ind w:left="227"/>
      </w:pPr>
      <w:r>
        <w:t>☐ Modular living / Tiny Living</w:t>
      </w:r>
    </w:p>
    <w:p w14:paraId="191B0CC9" w14:textId="77777777" w:rsidR="00000CD7" w:rsidRDefault="00000000">
      <w:pPr>
        <w:spacing w:after="20"/>
        <w:ind w:left="227"/>
      </w:pPr>
      <w:r>
        <w:t>☐ Camping &amp; Glamping</w:t>
      </w:r>
    </w:p>
    <w:p w14:paraId="3DC64AD2" w14:textId="77777777" w:rsidR="00000CD7" w:rsidRDefault="00000000">
      <w:pPr>
        <w:spacing w:after="20"/>
        <w:ind w:left="227"/>
      </w:pPr>
      <w:r>
        <w:t>☐ Kiosk / Retail</w:t>
      </w:r>
    </w:p>
    <w:p w14:paraId="7B311EEC" w14:textId="77777777" w:rsidR="00000CD7" w:rsidRDefault="00000000">
      <w:pPr>
        <w:spacing w:after="20"/>
        <w:ind w:left="227"/>
      </w:pPr>
      <w:r>
        <w:t>☐ Offices</w:t>
      </w:r>
    </w:p>
    <w:p w14:paraId="267C2C43" w14:textId="77777777" w:rsidR="00000CD7" w:rsidRDefault="00000000">
      <w:pPr>
        <w:spacing w:after="20"/>
        <w:ind w:left="227"/>
      </w:pPr>
      <w:r>
        <w:t>☐ Storage</w:t>
      </w:r>
    </w:p>
    <w:p w14:paraId="04BAC8CE" w14:textId="77777777" w:rsidR="00000CD7" w:rsidRDefault="00000000">
      <w:pPr>
        <w:spacing w:after="20"/>
        <w:ind w:left="227"/>
      </w:pPr>
      <w:r>
        <w:t>☐ Tourism</w:t>
      </w:r>
    </w:p>
    <w:p w14:paraId="0CB63EBC" w14:textId="77777777" w:rsidR="00000CD7" w:rsidRDefault="00000000">
      <w:pPr>
        <w:spacing w:after="20"/>
        <w:ind w:left="227"/>
      </w:pPr>
      <w:r>
        <w:t>☐ Events</w:t>
      </w:r>
    </w:p>
    <w:p w14:paraId="4691791B" w14:textId="77777777" w:rsidR="00000CD7" w:rsidRDefault="00000000">
      <w:pPr>
        <w:spacing w:after="20"/>
        <w:ind w:left="227"/>
      </w:pPr>
      <w:r>
        <w:t>☐ Other</w:t>
      </w:r>
    </w:p>
    <w:p w14:paraId="55DFCD3C" w14:textId="77777777" w:rsidR="00000CD7" w:rsidRDefault="00000000">
      <w:r>
        <w:rPr>
          <w:b/>
        </w:rPr>
        <w:t>When would you like to start working with ADACON? *</w:t>
      </w:r>
    </w:p>
    <w:p w14:paraId="05D15B21" w14:textId="77777777" w:rsidR="00000CD7" w:rsidRDefault="00000000">
      <w:pPr>
        <w:spacing w:after="20"/>
        <w:ind w:left="227"/>
      </w:pPr>
      <w:r>
        <w:t>☐ As soon as possible</w:t>
      </w:r>
    </w:p>
    <w:p w14:paraId="4BA1BCC8" w14:textId="77777777" w:rsidR="00000CD7" w:rsidRDefault="00000000">
      <w:pPr>
        <w:spacing w:after="20"/>
        <w:ind w:left="227"/>
      </w:pPr>
      <w:r>
        <w:t>☐ Within 1–3 months</w:t>
      </w:r>
    </w:p>
    <w:p w14:paraId="16D41C8D" w14:textId="77777777" w:rsidR="00000CD7" w:rsidRDefault="00000000">
      <w:pPr>
        <w:spacing w:after="20"/>
        <w:ind w:left="227"/>
      </w:pPr>
      <w:r>
        <w:t>☐ Within 3–6 months</w:t>
      </w:r>
    </w:p>
    <w:p w14:paraId="6258032B" w14:textId="77777777" w:rsidR="00000CD7" w:rsidRDefault="00000000">
      <w:pPr>
        <w:spacing w:after="20"/>
        <w:ind w:left="227"/>
      </w:pPr>
      <w:r>
        <w:t>☐ Within 6–12 months</w:t>
      </w:r>
    </w:p>
    <w:p w14:paraId="657E806E" w14:textId="77777777" w:rsidR="00000CD7" w:rsidRDefault="00000000">
      <w:pPr>
        <w:spacing w:after="20"/>
        <w:ind w:left="227"/>
      </w:pPr>
      <w:r>
        <w:t>☐ Still evaluating</w:t>
      </w:r>
    </w:p>
    <w:p w14:paraId="7BC74FC3" w14:textId="6E708705" w:rsidR="00000CD7" w:rsidRDefault="00000CD7">
      <w:pPr>
        <w:spacing w:after="20"/>
        <w:ind w:left="227"/>
      </w:pPr>
    </w:p>
    <w:p w14:paraId="7FB90269" w14:textId="6DF8C805" w:rsidR="00000CD7" w:rsidRDefault="00000CD7">
      <w:pPr>
        <w:spacing w:after="20"/>
        <w:ind w:left="227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000CD7" w14:paraId="1642F9AB" w14:textId="77777777">
        <w:tc>
          <w:tcPr>
            <w:tcW w:w="10312" w:type="dxa"/>
            <w:shd w:val="clear" w:color="auto" w:fill="E8E8E8"/>
          </w:tcPr>
          <w:p w14:paraId="779E7D89" w14:textId="01D22147" w:rsidR="00000CD7" w:rsidRDefault="004F3D25">
            <w:r>
              <w:rPr>
                <w:b/>
                <w:sz w:val="22"/>
              </w:rPr>
              <w:t>8</w:t>
            </w:r>
            <w:r w:rsidR="00000000">
              <w:rPr>
                <w:b/>
                <w:sz w:val="22"/>
              </w:rPr>
              <w:t>. SHORT ASSESSMENT</w:t>
            </w:r>
          </w:p>
        </w:tc>
      </w:tr>
    </w:tbl>
    <w:p w14:paraId="2270C334" w14:textId="77777777" w:rsidR="00000CD7" w:rsidRDefault="00000CD7"/>
    <w:p w14:paraId="5AFD7090" w14:textId="77777777" w:rsidR="00000CD7" w:rsidRDefault="00000000">
      <w:r>
        <w:rPr>
          <w:b/>
        </w:rPr>
        <w:t>Why are you interested in becoming an ADACON dealer / business partner? *</w:t>
      </w:r>
    </w:p>
    <w:p w14:paraId="47D439E0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33BD1FFE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79811009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67513562" w14:textId="77777777" w:rsidR="00000CD7" w:rsidRDefault="00000000">
      <w:r>
        <w:rPr>
          <w:b/>
        </w:rPr>
        <w:t>How would you plan to develop ADACON sales in your region?</w:t>
      </w:r>
    </w:p>
    <w:p w14:paraId="3179E438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2C34F63C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06D736FD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09653D90" w14:textId="77777777" w:rsidR="00000CD7" w:rsidRDefault="00000000">
      <w:r>
        <w:rPr>
          <w:b/>
        </w:rPr>
        <w:t>Is there anything else you would like us to know?</w:t>
      </w:r>
    </w:p>
    <w:p w14:paraId="0BF772E4" w14:textId="77777777" w:rsidR="00000CD7" w:rsidRDefault="00000000">
      <w:pPr>
        <w:spacing w:after="20"/>
      </w:pPr>
      <w:r>
        <w:t>________________________________________________________________________________</w:t>
      </w:r>
    </w:p>
    <w:p w14:paraId="1AC15009" w14:textId="2F11B8A6" w:rsidR="00194F36" w:rsidRDefault="00000000" w:rsidP="00194F36">
      <w:pPr>
        <w:spacing w:after="20"/>
      </w:pPr>
      <w:r>
        <w:t>________________________________________________________________________________</w:t>
      </w:r>
    </w:p>
    <w:p w14:paraId="11CAD26B" w14:textId="55E58B66" w:rsidR="00000CD7" w:rsidRDefault="00000000">
      <w:r>
        <w:t>After reviewing your application, ADACON will contact selected candidates to discuss commercial terms, products, territory and the most appropriate cooperation model.</w:t>
      </w:r>
    </w:p>
    <w:sectPr w:rsidR="00000CD7" w:rsidSect="00034616">
      <w:footerReference w:type="default" r:id="rId8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29247" w14:textId="77777777" w:rsidR="001375A2" w:rsidRDefault="001375A2">
      <w:pPr>
        <w:spacing w:after="0" w:line="240" w:lineRule="auto"/>
      </w:pPr>
      <w:r>
        <w:separator/>
      </w:r>
    </w:p>
  </w:endnote>
  <w:endnote w:type="continuationSeparator" w:id="0">
    <w:p w14:paraId="36D94179" w14:textId="77777777" w:rsidR="001375A2" w:rsidRDefault="00137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4B01" w14:textId="4E3C384D" w:rsidR="00000CD7" w:rsidRDefault="00000CD7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5BAD3" w14:textId="77777777" w:rsidR="001375A2" w:rsidRDefault="001375A2">
      <w:pPr>
        <w:spacing w:after="0" w:line="240" w:lineRule="auto"/>
      </w:pPr>
      <w:r>
        <w:separator/>
      </w:r>
    </w:p>
  </w:footnote>
  <w:footnote w:type="continuationSeparator" w:id="0">
    <w:p w14:paraId="7938871A" w14:textId="77777777" w:rsidR="001375A2" w:rsidRDefault="00137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3865259">
    <w:abstractNumId w:val="8"/>
  </w:num>
  <w:num w:numId="2" w16cid:durableId="962729511">
    <w:abstractNumId w:val="6"/>
  </w:num>
  <w:num w:numId="3" w16cid:durableId="932709521">
    <w:abstractNumId w:val="5"/>
  </w:num>
  <w:num w:numId="4" w16cid:durableId="1595088332">
    <w:abstractNumId w:val="4"/>
  </w:num>
  <w:num w:numId="5" w16cid:durableId="489101267">
    <w:abstractNumId w:val="7"/>
  </w:num>
  <w:num w:numId="6" w16cid:durableId="789472167">
    <w:abstractNumId w:val="3"/>
  </w:num>
  <w:num w:numId="7" w16cid:durableId="282008034">
    <w:abstractNumId w:val="2"/>
  </w:num>
  <w:num w:numId="8" w16cid:durableId="1937714557">
    <w:abstractNumId w:val="1"/>
  </w:num>
  <w:num w:numId="9" w16cid:durableId="738988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CD7"/>
    <w:rsid w:val="00034616"/>
    <w:rsid w:val="0006063C"/>
    <w:rsid w:val="001375A2"/>
    <w:rsid w:val="0015074B"/>
    <w:rsid w:val="00194F36"/>
    <w:rsid w:val="00214D7F"/>
    <w:rsid w:val="0029639D"/>
    <w:rsid w:val="00326F90"/>
    <w:rsid w:val="004F3D25"/>
    <w:rsid w:val="00AA1D8D"/>
    <w:rsid w:val="00B47730"/>
    <w:rsid w:val="00CB0664"/>
    <w:rsid w:val="00E07A3D"/>
    <w:rsid w:val="00FB18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B14B4"/>
  <w14:defaultImageDpi w14:val="300"/>
  <w15:docId w15:val="{3E05E3CB-3D7B-4587-ABEB-74B0535C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Kerem Yaşar Yeniceli</cp:lastModifiedBy>
  <cp:revision>3</cp:revision>
  <dcterms:created xsi:type="dcterms:W3CDTF">2013-12-23T23:15:00Z</dcterms:created>
  <dcterms:modified xsi:type="dcterms:W3CDTF">2026-08-26T14:22:00Z</dcterms:modified>
  <cp:category/>
</cp:coreProperties>
</file>